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מחיר ליחידה ולהשוות בין מבצעים שונים כדי לבחור במשתלם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מע״מ ולחשב מחיר לפני ואחרי המס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תקציב אישי מאוזן הכולל הוצאות קבועות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טקטיקות שיווק מטעות ולהפעיל כלים לעצירה ולוויסות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מחיר ליחידה והנחות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של גרם אחד, ליטר אחד או ק״ג אחד מהמוצר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להשוות בין מוצרים בגדלים שונים ולדעת מה באמת משתלם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מחיר ליחידה והנחות – תרגול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מחיר ליחידה והנחות – השוואת מבצעים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(קונים מוצר אחד ומקבלים שני מוצרים באותו 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(אריזה גדולה יותר שלרוב זולה יותר ליחידה)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(מורידים אחוז מסוים מהמחיר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(המחיר לגרם, לליטר או לק״ג – כלי להשוואה)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מחיר ליחידה והנחות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אריזה א: 6 ₪ לליטר. אריזה ב: 5.5 ₪ לליטר. אריזת 2 הליטר משתלמת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יתכן שהמוצר יתקלקל לפני שיספיקו לאכול הכל; לפעמים אריזה רגילה יותר בזולה ליחידה מהמבצע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מע״מ וחישובי מחיר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 ערך מוסף שנוסף למחיר רוב המוצרים והשירותים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למימון שירותים כמו חינוך, בריאות וכבישים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מע״מ וחישובי מחיר – עובדות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שיעור המע״מ הנהוג מינואר 2025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המחיר על המדף כבר כולל מע״מ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מע״מ וחישובי מחיר –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1. 1.18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3. 236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מע״מ וחישובי מחיר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מע״מ: 9 ₪ (50×0.18). מחיר סופי: 59 ₪ (50×1.18)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59÷1.18 = 50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תכנון תקציב חודשי – מכירים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תכנון תקציב חודשי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אחד הכללים קובע חיסכון של 10% לפחות, כלומר 40 ₪ מתוך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הכלל קובע שבילויים ואוכל בחוץ ביחד לא יכולים לעבור חצי מהתקציב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תכנון תקציב חודשי – השלמת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כרטיס או מזומן ובדיקת קבלות – מה אתם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רואים בדיוק כמה כסף יוצא מהארנק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נוח לשאת, בלי צורך בעודף במזומן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מסמך שמפרט את הפריטים, הכמויות והמחירים ששולמו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לוודא שההנחה חושבה נכון וסכום התשלום תואם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כרטיס או מזומן ובדיקת קבלות – מתאימים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(תשלום בשטרות ובמטבעות, רואים בדיוק כמה כסף יצא)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(תשלום בלי להוציא כסף מהארנק באותו 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(מסמך שמפרט את כל הפריטים, הכמויות והמחירים ששולמו)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(ההפרש בין הסכום ששולם לבין מחיר הקנייה בפועל)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(למשל הנחה שלא חושבה או עודף שגוי, שצריך לאתר ולתקן)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כרטיס או מזומן ובדיקת קבלות – חושבים ובודקים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מזומן: כשרוצים לשלוט בהוצאות ולא לחרוג מתקציב מוגדר. כרטיס: בקנייה גדולה או כשאין מספיק מזומן בכיס, ובלבד שיש כיסוי בחשבון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 כפול 12 שווה 36 שקלים, בקבלה נרשם 32 שקלים בטעות - חסרים 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ההנחה לא חושבה בקבלה. הסכום הנכון הוא 64 שקלים (80 פחות 20 אחוז)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בכרטיס לא רואים את הכסף יוצא בפועל, לכן קשה יותר להרגיש את ההוצאה ולעצור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מלכודות שיווק ועצירה לפני קנייה – מה זה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עוצרים, משחררים, נושמים, דיבור עצמי,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השלב הראשון – לא לוחצים מיד על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שואלים את עצמי: האם באמת צריך? מה המחיר האמיתי?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השיטה מתאימה לכל רגע של פיתוי לקנות, גם הודעת מבצע קטנה בטלפון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מלכודות שיווק ועצירה לפני קנייה – מזהים את המלכודת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תחושת דחיפות כדי שתקנו מהר בלי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450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עוצרים ולא לוחצים מיד על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עוצר/ת, נושם/ת ובודק/ת: האם צריך? מה המחיר באמת? מה אני מפסיד/ה?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בכל זאת מוציאים את הכסף שתוכנן לטיול, רק שזה פחות מורגש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מלכודות שיווק ועצירה לפני קנייה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משחררים, נושמים, דיבור עצמי, קדימה – לפי הסדר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– משפט עם ביטוי כמו "רק היום" או "נשארו 3 יחידות", ותיאור שלב עצירה ובדיקה לפי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היה יכול לשאול את עצמו האם הוא באמת צריך את המוצר ומה הוא מפסיד אם לא יקנה 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התמודדות אחרי טעות בקנייה – מכירים את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גש״ר מאח״ד עוזר אחרי טעות או חרטה על קנייה, לא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 = שכל – לחשוב מה אפשר לעשות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ערוץ הרגש מאפשר להגיד 'אני מאוכזב/ת'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התמודדות אחרי טעות בקנייה – מתאימים ערוץ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(שותים מים, הולכים קצת, 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אפשר לעשות עכשיו? להחזיר? למכור?)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(אומרים: אני מאוכזב/ת)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(טעות היא שיעור, בפעם הבאה אעצור)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(מספרים להורה, למורה או לחבר/ה)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(מדמיינים את הקנייה הבאה בתכנון)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חלוקה נכונה במחיר (לדוגמה: מחיר ÷ כמות) והשוואה מספרית בין שתי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שימוש נכון בנוסחה (מחיר × 1.18) והסבר קצר על מה המדינה עושה עם כסף המסים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חלוקת סכום קבוע בין קטגוריות כולל סעיף חיסכון של לפחות 10%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פרקים 1-2 בשיעור ראשון, 3-4 בשני, 5-6 בשלישי, עם סיכום קצר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מתרגילי מחיר ליחידה פשוטים (רמת ה׳-ו׳) לפני המעבר לתרגילי חט״ב עם אחוזים ומע״מ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קבוצתי קצר על פרק 'מלכודות שיווק' לפני העבודה העצמאית, כדי לשתף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לתכנן תקציב משפחתי עם שינוי בלתי צפוי (כמו בדוגמת יום ההולדת באתר)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שלב אחר שלב את נושאי הצרכנות הנבונה: מחירים, מע״מ, תקציב וזיהוי מלכודות מבצעים. פתרו כל פרק לפי הסדר, ובסוף כל פרק בדקו את עצמכם בעמוד החזרה.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מחיר ליחידה והנחות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מחיר ליחידה?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הכולל של כל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של גרם אחד, ליטר אחד או ק״ג אחד מהמוצר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אחרי הנחה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עם מע״מ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לבדוק מחיר ליחידה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את צבע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להשוות בין מוצרים בגדלים שונים ולדעת מה באמת משתלם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את תאריך התפוגה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לבדוק אם יש 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אריזה של 500 גרם אבקת כביסה עולה 25 ₪. מה המחיר ל-100 גרם?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2.5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מחיר ליחידה והנחות – תרגול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שקית אורז של 1 ק״ג עולה 20 ₪. המחיר לק״ג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בקבוק שמן של 2 ליטר עולה 30 ₪. המחיר לליטר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חבילת חטיפים עולה 24 ₪ אחרי הנחה של 20%. המחיר המקורי היה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מחיר ליחידה והנחות – השוואת מבצעים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אריזה גדולה יותר שלרוב זולה יותר ליחידה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אריזת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קונים מוצר אחד ומקבלים שני מוצרים באותו 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הנחה באחוזים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המחיר לגרם, לליטר או לק״ג – כלי להשוואה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מורידים אחוז מסוים מהמחיר המקורי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מחיר ליחידה והנחות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בחנות יש שתי אריזות חלב: אחת של 1 ליטר ב-6 ₪, ושנייה של 2 ליטר ב-11 ₪. חשבו את המחיר לליטר בכל אריזה וקבעו איזו משתלמת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חברה שלכם רוצה לקנות אריזת ענק של חטיפים כי '1+1' נשמע כמו עסקה טובה, בלי לבדוק את המחיר ליחידה. כתבו לה שתי סיבות למה כדאי לבדוק קודם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מע״מ וחישובי מחיר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מע״מ?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 ערך מוסף שנוסף למחיר רוב המוצרים והשירותים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הנחה שניתנת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עמלה שהבנק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ליחידה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משמשים כספי המע״מ שהמדינה אוספת?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למשכורות עובדי החנויות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למימון שירותים כמו חינוך, בריאות וכבישים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להחזרה לכל קונה בסוף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לתשלום לבעלי החנויות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מע״מ וחישובי מחיר – עובדות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המע״מ בישראל הוא 18%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שרואים על המדף בחנות הוא לפני מע״מ, וצריך להוסיף אותו בקופה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מע״מ וחישובי מחיר –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מחיר כולל = מחיר לפני מע״מ 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 עולה 100 ₪ לפני מע״מ. המחיר הכולל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עולה 200 ₪ לפני מע״מ. המחיר הכולל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כולל של מוצר הוא 118 ₪. המחיר לפני מע״מ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מע״מ וחישובי מחיר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מוצר עולה 50 ₪ לפני מע״מ. חשבו כמה מע״מ משלמים וכמה המחיר הסופי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מחיר כולל של מוצר הוא 59 ₪. כמה הוא עלה לפני מע״מ? הראו את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תכנון תקציב חודשי – מכירים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כסף יש לחלק בתרגיל התקציב החודשי?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הסכום המינימלי שחייבים להקצות לתחבורה לבית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תכנון תקציב חודשי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הכללים, צריך לחסוך לפחות 10% מהתקציב החודשי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להוציא על בילויים ואוכל בחוץ יחד יותר מחצי מהתקציב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תכנון תקציב חודשי – השלמת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התקציב החודשי בתרגיל חייב להיות בדיוק __________ ₪, לא פחות ולא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חייבים לחסוך 10% לפחות מתוך 400 ₪, הסכום המינימלי לחיסכון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כרטיס או מזומן ובדיקת קבלות – מה אתם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היתרון בתשלום במזומן?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רואים בדיוק כמה כסף יוצא מהארנק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מקבלים הנחה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לאבד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תמיד זול יותר מכרטיס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 בתשלום בכרטיס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נוח לשאת, בלי צורך בעודף במזומן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תמיד זול יותר מתשלום במזומן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להוציא יותר ממה שיש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לבדוק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קבלה?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מסמך שמפרט את הפריטים, הכמויות והמחירים ששולמו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 שמבטיח הנחה בקנייה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אחר למבצע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חברות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לבדוק קבלה אחרי קנייה עם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לוודא שההנחה חושבה נכון וסכום התשלום תואם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מתי החנות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את שם המוכר/ת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לבדוק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כרטיס או מזומן ובדיקת קבלות – מתאימים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שמפרט את כל הפריטים, הכמויות והמחירים ששולמו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למשל הנחה שלא חושבה או עודף שגוי, שצריך לאתר ולתקן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ההפרש בין הסכום ששולם לבין מחיר הקנייה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תשלום בלי להוציא כסף מהארנק באותו 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טעות בקבלה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תשלום בשטרות ובמטבעות, רואים בדיוק כמה כסף יצא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כרטיס או מזומן ובדיקת קבלות – חושבים ובודקים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עדיף לשלם במזומן, ומצב שבו עדיף לשלם בכרטיס. נמקו את הבחירה בכל מצב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בקבלה נרשם: 3 יחידות במחיר 12 שקלים ליחידה, סה"כ 32 שקלים. בדקו אם הסכום נכון, ואם לא – כתבו את הסכום הנכון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קניתם מוצר ב-80 שקלים עם הנחה של 20 אחוז, אך בקבלה מופיע המחיר המלא בלי הנחה. מה הטעות, ומה הסכום שהייתם צריכים לשלם?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לפעמים מוציאים יותר כסף כששולמים בכרטיס אשראי מאשר במזומן?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מלכודות שיווק ועצירה לפני קנייה – מה זה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הם ראשי תיבות של חמישה שלבים שעושים לפני 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ע׳ בעש״ן ד״ק מסמלת את השלב "עוצרים"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ד׳ בעש״ן ד״ק מסמלת את השלב "דיבור עצמי"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עש״ן ד״ק מתאימה רק לקניות גדולות מאוד, לא להודעות מבצע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מלכודות שיווק ועצירה לפני קנייה – מזהים את המלכודת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קיבלתם הודעה: "מבצע בזק! 40% הנחה – נגמר בעוד 10 דקות". מה המטרה האמיתית של המשפט "נגמר בעוד 10 דקות"?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תחושת דחיפות כדי שתקנו מהר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מידע מדויק על כמות המלאי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כמה הנעליים איכותיות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לחסוך לקונה זמן בדרך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באתר, הנעליים במבצע עולות אחרי ההנחה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השלב הראשון שצריך לעשות כשמקבלים הודעת מבצע מפתה?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ולא לוחצים מיד על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מהר לפני שהמבצע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לגמרי ולא בודקים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מבקשים כרטיס אשראי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התנהגות מהדוגמה באתר רואים "דיבור עצמי" נכון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עוצר/ת, נושם/ת ובודק/ת: האם צריך? מה המחיר באמת? מה אני מפסיד/ה?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קונה מיד כי 40% זה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 בתשלומים כדי שלא ירגיש בהוצאה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מתעלם/ת מההודעה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קנייה "בתשלומים כדי שלא ירגיש" נחשבת לבחירה בעייתית בדוגמה מהאתר?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בכל זאת מוציאים את הכסף שתוכנן לטיול, רק שזה פחות מורגש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תשלומים תמיד עולים יותר כסף במע״מ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 אפשר לשלם בתשלומים על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זו הדרך הכי יקרה לקנות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מלכודות שיווק ועצירה לפני קנייה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במילים שלכם את חמשת השלבים של עש״ן ד״ק לפי הסדר הנכון, מהראשון לאחרון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פרסומי אחר (לא מהדוגמה באתר) שיוצר תחושת דחיפות מלאכותית, ותארו איך הייתם עוצרים לפני שקונים לפיו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מישהו קנה בהודעת מבצע והתחרט מיד אחר כך. הסבירו בקצרה איך היה יכול למנוע זאת בעזרת שלב ה"דיבור עצמי"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התמודדות אחרי טעות בקנייה – מכירים את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הוא שיטה שמשתמשים בה לפני שקונים, כדי להחליט אם לקנות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ש׳ בגש״ר מאח״ד מייצגת את הערוץ 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להרגיש מאוכזבים אחרי שטעינו בקנייה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התמודדות אחרי טעות בקנייה – מתאימים ערוץ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אפשר לעשות עכשיו? להחזיר? למכור?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מספרים להורה, למורה או לחבר/ה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טעות היא שיעור, בפעם הבאה אעצור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שותים מים, הולכים קצת,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מדמיינים את הקנייה הבאה בתכנון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אומרים: אני מאוכזב/ת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לחשב מחיר ליחידה ולהשוות בין שני מוצרים דומים?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מהו מע״מ ולחשב מחיר כולל מע״מ?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לתכנן תקציב קבוע ולהשאיר ממנו 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יוצאים לקניות: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