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יוצאים לקניות: צרכנות נבונה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מחיר ליחידה ולהשוות בין מבצעים שונים כדי לבחור במשתלם ביותר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מע״מ ולחשב מחיר לפני ואחרי המס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תקציב אישי מאוזן הכולל הוצאות קבועות וחיסכון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טקטיקות שיווק מטעות ולהפעיל כלים לעצירה ולוויסות לפני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מחיר ליחידה והנחות – הכרות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המחיר של גרם אחד, ליטר אחד או ק״ג אחד מהמוצר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כדי להשוות בין מוצרים בגדלים שונים ולדעת מה באמת משתלם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מחיר ליחידה והנחות – תרגול חישובים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מחיר ליחידה והנחות – השוואת מבצעים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(קונים מוצר אחד ומקבלים שני מוצרים באותו מחיר)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(אריזה גדולה יותר שלרוב זולה יותר ליחידה)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(מורידים אחוז מסוים מהמחיר המקורי)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(המחיר לגרם, לליטר או לק״ג – כלי להשוואה)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מחיר ליחידה והנחות – חשיבה והשוואה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מע״מ וחישובי מחיר – מה זוכרים?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מס ערך מוסף שנוסף למחיר רוב המוצרים והשירותים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למימון שירותים כמו חינוך, בריאות וכבישים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מע״מ וחישובי מחיר – עובדות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שיעור המע״מ הנהוג מינואר 2025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המחיר על המדף כבר כולל מע״מ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מע״מ וחישובי מחיר – חישובים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1. 1.18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3. 236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מע״מ וחישובי מחיר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מע״מ: 9 ₪ (50×0.18). מחיר סופי: 59 ₪ (50×1.18)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תכנון תקציב חודשי – מכירים את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400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40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תכנון תקציב חודשי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אחד הכללים קובע חיסכון של 10% לפחות, כלומר 40 ₪ מתוך 400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הכלל קובע שבילויים ואוכל בחוץ ביחד לא יכולים לעבור חצי מהתקציב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תכנון תקציב חודשי – השלמת מספרים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2. 40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כרטיס או מזומן ובדיקת קבלות – מה אתם זוכרים?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רואים בדיוק כמה כסף יוצא מהארנק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נוח לשאת, בלי צורך בעודף במזומן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מסמך שמפרט את הפריטים, הכמויות והמחירים ששולמו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כרטיס או מזומן ובדיקת קבלות – מתאימים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(תשלום בשטרות ובמטבעות, רואים בדיוק כמה כסף יצא)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(תשלום בלי להוציא כסף מהארנק באותו רגע)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(מסמך שמפרט את כל הפריטים, הכמויות והמחירים ששולמו)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(ההפרש בין הסכום ששולם לבין מחיר הקנייה בפועל)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כרטיס או מזומן ובדיקת קבלות – חושבים ובודקים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מלכודות שיווק ועצירה לפני קנייה – מה זה עש״ן ד״ק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עוצרים, משחררים, נושמים, דיבור עצמי, קדימה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השלב הראשון – לא לוחצים מיד על 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שואלים את עצמי: האם באמת צריך? מה המחיר האמיתי?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מלכודות שיווק ועצירה לפני קנייה – מזהים את המלכודת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ליצור תחושת דחיפות כדי שתקנו מהר בלי לחשוב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450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מלכודות שיווק ועצירה לפני קנייה – חושבים לעומק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התמודדות אחרי טעות בקנייה – מכירים את גש״ר מאח״ד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גש״ר מאח״ד עוזר אחרי טעות או חרטה על קנייה, לא לפני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 = שכל – לחשוב מה אפשר לעשות עכשיו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התמודדות אחרי טעות בקנייה – מתאימים ערוץ ודוגמה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(שותים מים, הולכים קצת, נושמים)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(מה אפשר לעשות עכשיו? להחזיר? למכור?)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(אומרים: אני מאוכזב/ת)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(טעות היא שיעור, בפעם הבאה אעצור)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מראה חלוקה נכונה במחיר (לדוגמה: מחיר ÷ כמות) והשוואה מספרית בין שתי אפשרויות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שימוש נכון בנוסחה (מחיר × 1.18) והסבר קצר על מה המדינה עושה עם כסף המסים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מראה חלוקת סכום קבוע בין קטגוריות כולל סעיף חיסכון של לפחות 10%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 שיעורים: פרקים 1-2 בשיעור ראשון, 3-4 בשני, 5-6 בשלישי, עם סיכום קצר בסוף כל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להתחיל מתרגילי מחיר ליחידה פשוטים (רמת ה׳-ו׳) לפני המעבר לתרגילי חט״ב עם אחוזים ומע״מ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דיון קבוצתי קצר על פרק 'מלכודות שיווק' לפני העבודה העצמאית, כדי לשתף דוגמאות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אתגר: לתכנן תקציב משפחתי עם שינוי בלתי צפוי (כמו בדוגמת יום ההולדת באתר)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יוצאים לקניות: צרכנות נבונה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זו תתרגלו שלב אחר שלב את נושאי הצרכנות הנבונה: מחירים, מע״מ, תקציב וזיהוי מלכודות מבצעים. פתרו כל פרק לפי הסדר, ובסוף כל פרק בדקו את עצמכם בעמוד החזרה.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1.18  ·  118  ·  236  ·  15  ·  400  ·  20  ·  40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מחיר ליחידה והנחות – הכרות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מחיר ליחידה?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המחיר הכולל של כל האריזה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המחיר של גרם אחד, ליטר אחד או ק״ג אחד מהמוצר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המחיר אחרי הנחה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כדאי לבדוק מחיר ליחידה לפני קנייה?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לדעת את צבע האריזה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להשוות בין מוצרים בגדלים שונים ולדעת מה באמת משתלם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לדעת את תאריך התפוגה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מחיר ליחידה והנחות – תרגול חישובים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שקית אורז של 1 ק״ג עולה 20 ₪. המחיר לק״ג הוא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בקבוק שמן של 2 ליטר עולה 30 ₪. המחיר לליטר הוא __________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מחיר ליחידה והנחות – השוואת מבצעים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1+1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מורידים אחוז מסוים מהמחיר המקורי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אריזת חיסכון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המחיר לגרם, לליטר או לק״ג – כלי להשוואה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הנחה באחוזים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קונים מוצר אחד ומקבלים שני מוצרים באותו מחיר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מחיר ליחידה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אריזה גדולה יותר שלרוב זולה יותר ליחידה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מחיר ליחידה והנחות – חשיבה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מע״מ וחישובי מחיר – מה זוכרים?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מע״מ?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מס ערך מוסף שנוסף למחיר רוב המוצרים והשירותים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הנחה שניתנת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עמלה שהבנק גובה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משמשים כספי המע״מ שהמדינה אוספת?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למשכורות עובדי החנויות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למימון שירותים כמו חינוך, בריאות וכבישים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להחזרה לכל קונה בסוף השנה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מע״מ וחישובי מחיר – עובדות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שיעור המע״מ בישראל הוא 18%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המחיר שרואים על המדף בחנות הוא לפני מע״מ, וצריך להוסיף אותו בקופה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מע״מ וחישובי מחיר – חישובים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מחיר כולל = מחיר לפני מע״מ ×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מוצר עולה 100 ₪ לפני מע״מ. המחיר הכולל הוא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מוצר עולה 200 ₪ לפני מע״מ. המחיר הכולל הוא __________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2 · מע״מ וחישובי מחיר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מוצר עולה 50 ₪ לפני מע״מ. חשבו כמה מע״מ משלמים וכמה המחיר הסופי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תכנון תקציב חודשי – מכירים את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כסף יש לחלק בתרגיל התקציב החודשי?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300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400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500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הסכום המינימלי שחייבים להקצות לתחבורה לבית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40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תכנון תקציב חודשי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הכללים, צריך לחסוך לפחות 10% מהתקציב החודשי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להוציא על בילויים ואוכל בחוץ יחד יותר מחצי מהתקציב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תכנון תקציב חודשי – השלמת מספרים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התקציב החודשי בתרגיל חייב להיות בדיוק __________ ₪, לא פחות ולא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אם חייבים לחסוך 10% לפחות מתוך 400 ₪, הסכום המינימלי לחיסכון הוא __________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כרטיס או מזומן ובדיקת קבלות – מה אתם זוכרים?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היתרון בתשלום במזומן?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רואים בדיוק כמה כסף יוצא מהארנק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מקבלים הנחה אוטומטית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 אפשר לאבד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היתרון בתשלום בכרטיס אשראי?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נוח לשאת, בלי צורך בעודף במזומן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תמיד זול יותר מתשלום במזומן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 אפשר להוציא יותר ממה שיש בחשבון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מהי קבלה?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מסמך שמפרט את הפריטים, הכמויות והמחירים ששולמו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פתק שמבטיח הנחה בקנייה הבאה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אחר למבצע בחנות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כרטיס או מזומן ובדיקת קבלות – מתאימים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מזומן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ההפרש בין הסכום ששולם לבין מחיר הקנייה בפועל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כרטיס אשראי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תשלום בשטרות ובמטבעות, רואים בדיוק כמה כסף יצא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קבלה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תשלום בלי להוציא כסף מהארנק באותו רגע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עודף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מסמך שמפרט את כל הפריטים, הכמויות והמחירים ששולמו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כרטיס או מזומן ובדיקת קבלות – חושבים ובודקים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מלכודות שיווק ועצירה לפני קנייה – מה זה 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עש״ן ד״ק הם ראשי תיבות של חמישה שלבים שעושים לפני קנייה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האות ע׳ בעש״ן ד״ק מסמלת את השלב "עוצרים"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האות ד׳ בעש״ן ד״ק מסמלת את השלב "דיבור עצמי"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מלכודות שיווק ועצירה לפני קנייה – מזהים את המלכודת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קיבלתם הודעה: "מבצע בזק! 40% הנחה – נגמר בעוד 10 דקות". מה המטרה האמיתית של המשפט "נגמר בעוד 10 דקות"?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ליצור תחושת דחיפות כדי שתקנו מהר בלי לחשוב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לתת מידע מדויק על כמות המלאי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להסביר כמה הנעליים איכותיות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באתר, הנעליים במבצע עולות אחרי ההנחה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450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400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350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מלכודות שיווק ועצירה לפני קנייה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6 · התמודדות אחרי טעות בקנייה – מכירים את גש״ר מאח״ד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גש״ר מאח״ד הוא שיטה שמשתמשים בה לפני שקונים, כדי להחליט אם לקנות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האות ש׳ בגש״ר מאח״ד מייצגת את הערוץ שכל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6 · התמודדות אחרי טעות בקנייה – מתאימים ערוץ ודוגמה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מה אפשר לעשות עכשיו? להחזיר? למכור?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שותים מים, הולכים קצת, נושמים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רגש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טעות היא שיעור, בפעם הבאה אעצור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אמונה ומשמעות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אומרים: אני מאוכזב/ת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יודע/ת לחשב מחיר ליחידה ולהשוות בין שני מוצרים דומים?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יודע/ת להסביר מהו מע״מ ולחשב מחיר כולל מע״מ?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יוצאים לקניות: צרכנות נבונה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